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chronology review copy</w:t>
      </w:r>
    </w:p>
    <w:p>
      <w:r>
        <w:t>SYNTHETIC EXAMPLE - no real patient</w:t>
      </w:r>
    </w:p>
    <w:p>
      <w:r>
        <w:t>All three fictional entries, including the supplement. Hand-authored demonstration; no physician review recorded.</w:t>
      </w:r>
    </w:p>
    <w:p>
      <w:r>
        <w:t>Source verification and physician review are separate. This export does not certify a complete or sufficient report.</w:t>
      </w:r>
    </w:p>
    <w:p>
      <w:pPr>
        <w:pStyle w:val="Heading2"/>
      </w:pPr>
      <w:r>
        <w:t>Record 1</w:t>
      </w:r>
    </w:p>
    <w:p>
      <w:r>
        <w:rPr>
          <w:b/>
        </w:rPr>
        <w:t xml:space="preserve">Date: </w:t>
      </w:r>
      <w:r>
        <w:t>2025-06-12</w:t>
      </w:r>
    </w:p>
    <w:p>
      <w:r>
        <w:rPr>
          <w:b/>
        </w:rPr>
        <w:t xml:space="preserve">Provider: </w:t>
      </w:r>
      <w:r>
        <w:t>Fictional primary care clinic</w:t>
      </w:r>
    </w:p>
    <w:p>
      <w:r>
        <w:rPr>
          <w:b/>
        </w:rPr>
        <w:t xml:space="preserve">Summary: </w:t>
      </w:r>
      <w:r>
        <w:t>An earlier visit documents low back pain. This note arrived in the supplemental production.</w:t>
      </w:r>
    </w:p>
    <w:p>
      <w:r>
        <w:rPr>
          <w:b/>
        </w:rPr>
        <w:t xml:space="preserve">Source pages and quotes: </w:t>
      </w:r>
      <w:r>
        <w:t>p. 3 | Low back pain after weekend gardening. No leg symptoms reported.</w:t>
      </w:r>
    </w:p>
    <w:p>
      <w:r>
        <w:rPr>
          <w:b/>
        </w:rPr>
        <w:t xml:space="preserve">Citation check: </w:t>
      </w:r>
      <w:r>
        <w:t>Manual entry; verify source</w:t>
      </w:r>
    </w:p>
    <w:p>
      <w:r>
        <w:rPr>
          <w:b/>
        </w:rPr>
        <w:t xml:space="preserve">Physician review: </w:t>
      </w:r>
      <w:r>
        <w:t>Review not recorded</w:t>
      </w:r>
    </w:p>
    <w:p>
      <w:pPr>
        <w:pStyle w:val="Heading2"/>
      </w:pPr>
      <w:r>
        <w:t>Record 2</w:t>
      </w:r>
    </w:p>
    <w:p>
      <w:r>
        <w:rPr>
          <w:b/>
        </w:rPr>
        <w:t xml:space="preserve">Date: </w:t>
      </w:r>
      <w:r>
        <w:t>2026-02-03</w:t>
      </w:r>
    </w:p>
    <w:p>
      <w:r>
        <w:rPr>
          <w:b/>
        </w:rPr>
        <w:t xml:space="preserve">Provider: </w:t>
      </w:r>
      <w:r>
        <w:t>Fictional occupational clinic</w:t>
      </w:r>
    </w:p>
    <w:p>
      <w:r>
        <w:rPr>
          <w:b/>
        </w:rPr>
        <w:t xml:space="preserve">Summary: </w:t>
      </w:r>
      <w:r>
        <w:t>The worker reported low back pain after lifting and denied earlier back symptoms.</w:t>
      </w:r>
    </w:p>
    <w:p>
      <w:r>
        <w:rPr>
          <w:b/>
        </w:rPr>
        <w:t xml:space="preserve">Source pages and quotes: </w:t>
      </w:r>
      <w:r>
        <w:t>p. 1 | Reports low back pain after lifting a box on February 1. Denies earlier back symptoms.</w:t>
      </w:r>
    </w:p>
    <w:p>
      <w:r>
        <w:rPr>
          <w:b/>
        </w:rPr>
        <w:t xml:space="preserve">Citation check: </w:t>
      </w:r>
      <w:r>
        <w:t>Manual entry; verify source</w:t>
      </w:r>
    </w:p>
    <w:p>
      <w:r>
        <w:rPr>
          <w:b/>
        </w:rPr>
        <w:t xml:space="preserve">Physician review: </w:t>
      </w:r>
      <w:r>
        <w:t>Review not recorded</w:t>
      </w:r>
    </w:p>
    <w:p>
      <w:pPr>
        <w:pStyle w:val="Heading2"/>
      </w:pPr>
      <w:r>
        <w:t>Record 3</w:t>
      </w:r>
    </w:p>
    <w:p>
      <w:r>
        <w:rPr>
          <w:b/>
        </w:rPr>
        <w:t xml:space="preserve">Date: </w:t>
      </w:r>
      <w:r>
        <w:t>2026-02-18</w:t>
      </w:r>
    </w:p>
    <w:p>
      <w:r>
        <w:rPr>
          <w:b/>
        </w:rPr>
        <w:t xml:space="preserve">Provider: </w:t>
      </w:r>
      <w:r>
        <w:t>Fictional imaging center</w:t>
      </w:r>
    </w:p>
    <w:p>
      <w:r>
        <w:rPr>
          <w:b/>
        </w:rPr>
        <w:t xml:space="preserve">Summary: </w:t>
      </w:r>
      <w:r>
        <w:t>The radiologist described a small L4-L5 disc protrusion.</w:t>
      </w:r>
    </w:p>
    <w:p>
      <w:r>
        <w:rPr>
          <w:b/>
        </w:rPr>
        <w:t xml:space="preserve">Source pages and quotes: </w:t>
      </w:r>
      <w:r>
        <w:t>p. 2 | Small L4-L5 disc protrusion.</w:t>
      </w:r>
    </w:p>
    <w:p>
      <w:r>
        <w:rPr>
          <w:b/>
        </w:rPr>
        <w:t xml:space="preserve">Citation check: </w:t>
      </w:r>
      <w:r>
        <w:t>Manual entry; verify source</w:t>
      </w:r>
    </w:p>
    <w:p>
      <w:r>
        <w:rPr>
          <w:b/>
        </w:rPr>
        <w:t xml:space="preserve">Physician review: </w:t>
      </w:r>
      <w:r>
        <w:t>Review not recorded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